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C53E3" w14:textId="6CD09E83" w:rsidR="00A841F2" w:rsidRPr="0061424F" w:rsidRDefault="00BC2F87" w:rsidP="004C3989">
      <w:pPr>
        <w:pStyle w:val="Ttulo1"/>
        <w:jc w:val="center"/>
        <w:rPr>
          <w:rFonts w:ascii="Arial" w:hAnsi="Arial" w:cs="Arial"/>
          <w:sz w:val="24"/>
          <w:szCs w:val="24"/>
        </w:rPr>
      </w:pPr>
      <w:r w:rsidRPr="0061424F">
        <w:rPr>
          <w:rFonts w:ascii="Arial" w:hAnsi="Arial" w:cs="Arial"/>
          <w:sz w:val="24"/>
          <w:szCs w:val="24"/>
        </w:rPr>
        <w:t xml:space="preserve">EDITAL Nº </w:t>
      </w:r>
      <w:r w:rsidR="004C3989" w:rsidRPr="0061424F">
        <w:rPr>
          <w:rFonts w:ascii="Arial" w:hAnsi="Arial" w:cs="Arial"/>
          <w:sz w:val="24"/>
          <w:szCs w:val="24"/>
        </w:rPr>
        <w:t>01</w:t>
      </w:r>
      <w:r w:rsidRPr="0061424F">
        <w:rPr>
          <w:rFonts w:ascii="Arial" w:hAnsi="Arial" w:cs="Arial"/>
          <w:sz w:val="24"/>
          <w:szCs w:val="24"/>
        </w:rPr>
        <w:t>/2026</w:t>
      </w:r>
    </w:p>
    <w:p w14:paraId="16CB0EBF" w14:textId="77777777" w:rsidR="00A841F2" w:rsidRPr="004C3989" w:rsidRDefault="00BC2F87" w:rsidP="004C3989">
      <w:pPr>
        <w:jc w:val="center"/>
        <w:rPr>
          <w:rFonts w:ascii="Arial" w:hAnsi="Arial" w:cs="Arial"/>
        </w:rPr>
      </w:pPr>
      <w:r w:rsidRPr="0061424F">
        <w:rPr>
          <w:rFonts w:ascii="Arial" w:hAnsi="Arial" w:cs="Arial"/>
          <w:sz w:val="24"/>
          <w:szCs w:val="24"/>
        </w:rPr>
        <w:t>DIVULGAÇÃO DOS CLASSIFICADOS</w:t>
      </w:r>
      <w:r w:rsidRPr="0061424F">
        <w:rPr>
          <w:rFonts w:ascii="Arial" w:hAnsi="Arial" w:cs="Arial"/>
          <w:sz w:val="24"/>
          <w:szCs w:val="24"/>
        </w:rPr>
        <w:br/>
        <w:t>PROCESSO SELETIVO SIMPLIFICADO Nº 01/2026</w:t>
      </w:r>
      <w:r w:rsidRPr="004C3989">
        <w:rPr>
          <w:rFonts w:ascii="Arial" w:hAnsi="Arial" w:cs="Arial"/>
        </w:rPr>
        <w:br/>
      </w:r>
    </w:p>
    <w:p w14:paraId="070182B7" w14:textId="77777777" w:rsidR="00A841F2" w:rsidRDefault="00BC2F87" w:rsidP="004C3989">
      <w:pPr>
        <w:jc w:val="both"/>
        <w:rPr>
          <w:rFonts w:ascii="Arial" w:hAnsi="Arial" w:cs="Arial"/>
        </w:rPr>
      </w:pPr>
      <w:r w:rsidRPr="004C3989">
        <w:rPr>
          <w:rFonts w:ascii="Arial" w:hAnsi="Arial" w:cs="Arial"/>
        </w:rPr>
        <w:t xml:space="preserve">O MUNICÍPIO DE JARDINÓPOLIS, Estado de Santa Catarina, por </w:t>
      </w:r>
      <w:proofErr w:type="spellStart"/>
      <w:r w:rsidRPr="004C3989">
        <w:rPr>
          <w:rFonts w:ascii="Arial" w:hAnsi="Arial" w:cs="Arial"/>
        </w:rPr>
        <w:t>meio</w:t>
      </w:r>
      <w:proofErr w:type="spellEnd"/>
      <w:r w:rsidRPr="004C3989">
        <w:rPr>
          <w:rFonts w:ascii="Arial" w:hAnsi="Arial" w:cs="Arial"/>
        </w:rPr>
        <w:t xml:space="preserve"> da </w:t>
      </w:r>
      <w:proofErr w:type="spellStart"/>
      <w:r w:rsidRPr="004C3989">
        <w:rPr>
          <w:rFonts w:ascii="Arial" w:hAnsi="Arial" w:cs="Arial"/>
        </w:rPr>
        <w:t>Comissão</w:t>
      </w:r>
      <w:proofErr w:type="spellEnd"/>
      <w:r w:rsidRPr="004C3989">
        <w:rPr>
          <w:rFonts w:ascii="Arial" w:hAnsi="Arial" w:cs="Arial"/>
        </w:rPr>
        <w:t xml:space="preserve"> Especial do </w:t>
      </w:r>
      <w:proofErr w:type="spellStart"/>
      <w:r w:rsidRPr="004C3989">
        <w:rPr>
          <w:rFonts w:ascii="Arial" w:hAnsi="Arial" w:cs="Arial"/>
        </w:rPr>
        <w:t>Processo</w:t>
      </w:r>
      <w:proofErr w:type="spellEnd"/>
      <w:r w:rsidRPr="004C3989">
        <w:rPr>
          <w:rFonts w:ascii="Arial" w:hAnsi="Arial" w:cs="Arial"/>
        </w:rPr>
        <w:t xml:space="preserve"> </w:t>
      </w:r>
      <w:proofErr w:type="spellStart"/>
      <w:r w:rsidRPr="004C3989">
        <w:rPr>
          <w:rFonts w:ascii="Arial" w:hAnsi="Arial" w:cs="Arial"/>
        </w:rPr>
        <w:t>Seletivo</w:t>
      </w:r>
      <w:proofErr w:type="spellEnd"/>
      <w:r w:rsidRPr="004C3989">
        <w:rPr>
          <w:rFonts w:ascii="Arial" w:hAnsi="Arial" w:cs="Arial"/>
        </w:rPr>
        <w:t xml:space="preserve"> </w:t>
      </w:r>
      <w:proofErr w:type="spellStart"/>
      <w:r w:rsidRPr="004C3989">
        <w:rPr>
          <w:rFonts w:ascii="Arial" w:hAnsi="Arial" w:cs="Arial"/>
        </w:rPr>
        <w:t>Simplificado</w:t>
      </w:r>
      <w:proofErr w:type="spellEnd"/>
      <w:r w:rsidRPr="004C3989">
        <w:rPr>
          <w:rFonts w:ascii="Arial" w:hAnsi="Arial" w:cs="Arial"/>
        </w:rPr>
        <w:t xml:space="preserve">, TORNA PÚBLICO o </w:t>
      </w:r>
      <w:proofErr w:type="spellStart"/>
      <w:r w:rsidRPr="004C3989">
        <w:rPr>
          <w:rFonts w:ascii="Arial" w:hAnsi="Arial" w:cs="Arial"/>
        </w:rPr>
        <w:t>presente</w:t>
      </w:r>
      <w:proofErr w:type="spellEnd"/>
      <w:r w:rsidRPr="004C3989">
        <w:rPr>
          <w:rFonts w:ascii="Arial" w:hAnsi="Arial" w:cs="Arial"/>
        </w:rPr>
        <w:t xml:space="preserve"> </w:t>
      </w:r>
      <w:proofErr w:type="spellStart"/>
      <w:r w:rsidRPr="004C3989">
        <w:rPr>
          <w:rFonts w:ascii="Arial" w:hAnsi="Arial" w:cs="Arial"/>
        </w:rPr>
        <w:t>Edital</w:t>
      </w:r>
      <w:proofErr w:type="spellEnd"/>
      <w:r w:rsidRPr="004C3989">
        <w:rPr>
          <w:rFonts w:ascii="Arial" w:hAnsi="Arial" w:cs="Arial"/>
        </w:rPr>
        <w:t xml:space="preserve"> de </w:t>
      </w:r>
      <w:proofErr w:type="spellStart"/>
      <w:r w:rsidRPr="004C3989">
        <w:rPr>
          <w:rFonts w:ascii="Arial" w:hAnsi="Arial" w:cs="Arial"/>
        </w:rPr>
        <w:t>Divulgação</w:t>
      </w:r>
      <w:proofErr w:type="spellEnd"/>
      <w:r w:rsidRPr="004C3989">
        <w:rPr>
          <w:rFonts w:ascii="Arial" w:hAnsi="Arial" w:cs="Arial"/>
        </w:rPr>
        <w:t xml:space="preserve"> dos </w:t>
      </w:r>
      <w:proofErr w:type="spellStart"/>
      <w:r w:rsidRPr="004C3989">
        <w:rPr>
          <w:rFonts w:ascii="Arial" w:hAnsi="Arial" w:cs="Arial"/>
        </w:rPr>
        <w:t>Classificados</w:t>
      </w:r>
      <w:proofErr w:type="spellEnd"/>
      <w:r w:rsidRPr="004C3989">
        <w:rPr>
          <w:rFonts w:ascii="Arial" w:hAnsi="Arial" w:cs="Arial"/>
        </w:rPr>
        <w:t xml:space="preserve">, </w:t>
      </w:r>
      <w:proofErr w:type="spellStart"/>
      <w:r w:rsidRPr="004C3989">
        <w:rPr>
          <w:rFonts w:ascii="Arial" w:hAnsi="Arial" w:cs="Arial"/>
        </w:rPr>
        <w:t>referente</w:t>
      </w:r>
      <w:proofErr w:type="spellEnd"/>
      <w:r w:rsidRPr="004C3989">
        <w:rPr>
          <w:rFonts w:ascii="Arial" w:hAnsi="Arial" w:cs="Arial"/>
        </w:rPr>
        <w:t xml:space="preserve"> </w:t>
      </w:r>
      <w:proofErr w:type="spellStart"/>
      <w:r w:rsidRPr="004C3989">
        <w:rPr>
          <w:rFonts w:ascii="Arial" w:hAnsi="Arial" w:cs="Arial"/>
        </w:rPr>
        <w:t>ao</w:t>
      </w:r>
      <w:proofErr w:type="spellEnd"/>
      <w:r w:rsidRPr="004C3989">
        <w:rPr>
          <w:rFonts w:ascii="Arial" w:hAnsi="Arial" w:cs="Arial"/>
        </w:rPr>
        <w:t xml:space="preserve"> </w:t>
      </w:r>
      <w:proofErr w:type="spellStart"/>
      <w:r w:rsidRPr="004C3989">
        <w:rPr>
          <w:rFonts w:ascii="Arial" w:hAnsi="Arial" w:cs="Arial"/>
        </w:rPr>
        <w:t>Processo</w:t>
      </w:r>
      <w:proofErr w:type="spellEnd"/>
      <w:r w:rsidRPr="004C3989">
        <w:rPr>
          <w:rFonts w:ascii="Arial" w:hAnsi="Arial" w:cs="Arial"/>
        </w:rPr>
        <w:t xml:space="preserve"> </w:t>
      </w:r>
      <w:proofErr w:type="spellStart"/>
      <w:r w:rsidRPr="004C3989">
        <w:rPr>
          <w:rFonts w:ascii="Arial" w:hAnsi="Arial" w:cs="Arial"/>
        </w:rPr>
        <w:t>Seletivo</w:t>
      </w:r>
      <w:proofErr w:type="spellEnd"/>
      <w:r w:rsidRPr="004C3989">
        <w:rPr>
          <w:rFonts w:ascii="Arial" w:hAnsi="Arial" w:cs="Arial"/>
        </w:rPr>
        <w:t xml:space="preserve"> </w:t>
      </w:r>
      <w:proofErr w:type="spellStart"/>
      <w:r w:rsidRPr="004C3989">
        <w:rPr>
          <w:rFonts w:ascii="Arial" w:hAnsi="Arial" w:cs="Arial"/>
        </w:rPr>
        <w:t>Simplificado</w:t>
      </w:r>
      <w:proofErr w:type="spellEnd"/>
      <w:r w:rsidRPr="004C3989">
        <w:rPr>
          <w:rFonts w:ascii="Arial" w:hAnsi="Arial" w:cs="Arial"/>
        </w:rPr>
        <w:t xml:space="preserve"> nº 01/2026.</w:t>
      </w:r>
    </w:p>
    <w:p w14:paraId="59070DE4" w14:textId="410A56BA" w:rsidR="004C3989" w:rsidRPr="00FC5845" w:rsidRDefault="00FC5845" w:rsidP="004C3989">
      <w:pPr>
        <w:rPr>
          <w:rFonts w:ascii="Arial" w:hAnsi="Arial" w:cs="Arial"/>
          <w:b/>
          <w:bCs/>
          <w:sz w:val="28"/>
          <w:szCs w:val="28"/>
          <w:lang w:val="pt-BR"/>
        </w:rPr>
      </w:pPr>
      <w:r>
        <w:rPr>
          <w:rFonts w:ascii="Arial" w:hAnsi="Arial" w:cs="Arial"/>
          <w:b/>
          <w:bCs/>
          <w:sz w:val="28"/>
          <w:szCs w:val="28"/>
          <w:lang w:val="pt-BR"/>
        </w:rPr>
        <w:t xml:space="preserve">Cargo: </w:t>
      </w:r>
      <w:r w:rsidR="004C3989" w:rsidRPr="00FC5845">
        <w:rPr>
          <w:rFonts w:ascii="Arial" w:hAnsi="Arial" w:cs="Arial"/>
          <w:b/>
          <w:bCs/>
          <w:sz w:val="28"/>
          <w:szCs w:val="28"/>
          <w:lang w:val="pt-BR"/>
        </w:rPr>
        <w:t xml:space="preserve">Odontólogo </w:t>
      </w:r>
      <w:r w:rsidR="004C3989" w:rsidRPr="00FC5845">
        <w:rPr>
          <w:rFonts w:ascii="Arial" w:hAnsi="Arial" w:cs="Arial"/>
          <w:b/>
          <w:bCs/>
          <w:sz w:val="28"/>
          <w:szCs w:val="28"/>
        </w:rPr>
        <w:t>02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Vagas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5"/>
        <w:gridCol w:w="5192"/>
        <w:gridCol w:w="1391"/>
      </w:tblGrid>
      <w:tr w:rsidR="00A841F2" w:rsidRPr="004C3989" w14:paraId="1A8E146E" w14:textId="77777777" w:rsidTr="004C3989">
        <w:tc>
          <w:tcPr>
            <w:tcW w:w="1635" w:type="dxa"/>
          </w:tcPr>
          <w:p w14:paraId="60006B57" w14:textId="77777777" w:rsidR="00A841F2" w:rsidRPr="004C3989" w:rsidRDefault="00BC2F87">
            <w:pPr>
              <w:rPr>
                <w:rFonts w:ascii="Arial" w:hAnsi="Arial" w:cs="Arial"/>
              </w:rPr>
            </w:pPr>
            <w:proofErr w:type="spellStart"/>
            <w:r w:rsidRPr="004C3989">
              <w:rPr>
                <w:rFonts w:ascii="Arial" w:hAnsi="Arial" w:cs="Arial"/>
              </w:rPr>
              <w:t>Classificação</w:t>
            </w:r>
            <w:proofErr w:type="spellEnd"/>
          </w:p>
        </w:tc>
        <w:tc>
          <w:tcPr>
            <w:tcW w:w="5192" w:type="dxa"/>
          </w:tcPr>
          <w:p w14:paraId="0B22BFAD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 xml:space="preserve">Nome do </w:t>
            </w:r>
            <w:proofErr w:type="spellStart"/>
            <w:r w:rsidRPr="004C3989">
              <w:rPr>
                <w:rFonts w:ascii="Arial" w:hAnsi="Arial" w:cs="Arial"/>
              </w:rPr>
              <w:t>Candidato</w:t>
            </w:r>
            <w:proofErr w:type="spellEnd"/>
          </w:p>
        </w:tc>
        <w:tc>
          <w:tcPr>
            <w:tcW w:w="1391" w:type="dxa"/>
          </w:tcPr>
          <w:p w14:paraId="4F2005DF" w14:textId="77777777" w:rsidR="00A841F2" w:rsidRPr="004C3989" w:rsidRDefault="00BC2F87">
            <w:pPr>
              <w:rPr>
                <w:rFonts w:ascii="Arial" w:hAnsi="Arial" w:cs="Arial"/>
              </w:rPr>
            </w:pPr>
            <w:proofErr w:type="spellStart"/>
            <w:r w:rsidRPr="004C3989">
              <w:rPr>
                <w:rFonts w:ascii="Arial" w:hAnsi="Arial" w:cs="Arial"/>
              </w:rPr>
              <w:t>Pontuação</w:t>
            </w:r>
            <w:proofErr w:type="spellEnd"/>
          </w:p>
        </w:tc>
      </w:tr>
      <w:tr w:rsidR="00A841F2" w:rsidRPr="004C3989" w14:paraId="136EDFBE" w14:textId="77777777" w:rsidTr="004C3989">
        <w:tc>
          <w:tcPr>
            <w:tcW w:w="1635" w:type="dxa"/>
          </w:tcPr>
          <w:p w14:paraId="57B28053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1º</w:t>
            </w:r>
          </w:p>
        </w:tc>
        <w:tc>
          <w:tcPr>
            <w:tcW w:w="5192" w:type="dxa"/>
          </w:tcPr>
          <w:p w14:paraId="75F1CB1D" w14:textId="5F7FB55E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RAFAEL WALLACE CORDEIRO MANSO</w:t>
            </w:r>
          </w:p>
        </w:tc>
        <w:tc>
          <w:tcPr>
            <w:tcW w:w="1391" w:type="dxa"/>
          </w:tcPr>
          <w:p w14:paraId="580A0501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80</w:t>
            </w:r>
          </w:p>
        </w:tc>
      </w:tr>
      <w:tr w:rsidR="00A841F2" w:rsidRPr="004C3989" w14:paraId="3A5C3BBD" w14:textId="77777777" w:rsidTr="004C3989">
        <w:tc>
          <w:tcPr>
            <w:tcW w:w="1635" w:type="dxa"/>
          </w:tcPr>
          <w:p w14:paraId="1F8A307A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2º</w:t>
            </w:r>
          </w:p>
        </w:tc>
        <w:tc>
          <w:tcPr>
            <w:tcW w:w="5192" w:type="dxa"/>
          </w:tcPr>
          <w:p w14:paraId="1372717E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ALTENOR DA COSTA FILHO</w:t>
            </w:r>
          </w:p>
        </w:tc>
        <w:tc>
          <w:tcPr>
            <w:tcW w:w="1391" w:type="dxa"/>
          </w:tcPr>
          <w:p w14:paraId="2878B8F4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70</w:t>
            </w:r>
          </w:p>
        </w:tc>
      </w:tr>
      <w:tr w:rsidR="00A841F2" w:rsidRPr="004C3989" w14:paraId="24BD3AC8" w14:textId="77777777" w:rsidTr="004C3989">
        <w:tc>
          <w:tcPr>
            <w:tcW w:w="1635" w:type="dxa"/>
          </w:tcPr>
          <w:p w14:paraId="7F6C85FE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3º</w:t>
            </w:r>
          </w:p>
        </w:tc>
        <w:tc>
          <w:tcPr>
            <w:tcW w:w="5192" w:type="dxa"/>
          </w:tcPr>
          <w:p w14:paraId="015D544B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SABRINA MARQUES MOREIRA</w:t>
            </w:r>
          </w:p>
        </w:tc>
        <w:tc>
          <w:tcPr>
            <w:tcW w:w="1391" w:type="dxa"/>
          </w:tcPr>
          <w:p w14:paraId="74776DD3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70</w:t>
            </w:r>
          </w:p>
        </w:tc>
      </w:tr>
      <w:tr w:rsidR="00A841F2" w:rsidRPr="004C3989" w14:paraId="2F91141C" w14:textId="77777777" w:rsidTr="004C3989">
        <w:tc>
          <w:tcPr>
            <w:tcW w:w="1635" w:type="dxa"/>
          </w:tcPr>
          <w:p w14:paraId="0A84C4BB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4º</w:t>
            </w:r>
          </w:p>
        </w:tc>
        <w:tc>
          <w:tcPr>
            <w:tcW w:w="5192" w:type="dxa"/>
          </w:tcPr>
          <w:p w14:paraId="227BE4A5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ALESSANDRA DOS SANTOS TAVARES VIEIRA</w:t>
            </w:r>
          </w:p>
        </w:tc>
        <w:tc>
          <w:tcPr>
            <w:tcW w:w="1391" w:type="dxa"/>
          </w:tcPr>
          <w:p w14:paraId="05FF55F4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65</w:t>
            </w:r>
          </w:p>
        </w:tc>
      </w:tr>
      <w:tr w:rsidR="00A841F2" w:rsidRPr="004C3989" w14:paraId="7DE9752A" w14:textId="77777777" w:rsidTr="004C3989">
        <w:tc>
          <w:tcPr>
            <w:tcW w:w="1635" w:type="dxa"/>
          </w:tcPr>
          <w:p w14:paraId="6BBD3EED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5º</w:t>
            </w:r>
          </w:p>
        </w:tc>
        <w:tc>
          <w:tcPr>
            <w:tcW w:w="5192" w:type="dxa"/>
          </w:tcPr>
          <w:p w14:paraId="5623F23F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SILVIA LETICIA DE CAMARGO</w:t>
            </w:r>
          </w:p>
        </w:tc>
        <w:tc>
          <w:tcPr>
            <w:tcW w:w="1391" w:type="dxa"/>
          </w:tcPr>
          <w:p w14:paraId="3C11474F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55</w:t>
            </w:r>
          </w:p>
        </w:tc>
      </w:tr>
      <w:tr w:rsidR="00A841F2" w:rsidRPr="004C3989" w14:paraId="3DC5A646" w14:textId="77777777" w:rsidTr="004C3989">
        <w:tc>
          <w:tcPr>
            <w:tcW w:w="1635" w:type="dxa"/>
          </w:tcPr>
          <w:p w14:paraId="0040D9CD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6º</w:t>
            </w:r>
          </w:p>
        </w:tc>
        <w:tc>
          <w:tcPr>
            <w:tcW w:w="5192" w:type="dxa"/>
          </w:tcPr>
          <w:p w14:paraId="52F04598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ARACELI LAYSE LASTA</w:t>
            </w:r>
          </w:p>
        </w:tc>
        <w:tc>
          <w:tcPr>
            <w:tcW w:w="1391" w:type="dxa"/>
          </w:tcPr>
          <w:p w14:paraId="66AAB3EE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50</w:t>
            </w:r>
          </w:p>
        </w:tc>
      </w:tr>
      <w:tr w:rsidR="00A841F2" w:rsidRPr="004C3989" w14:paraId="23F5E067" w14:textId="77777777" w:rsidTr="004C3989">
        <w:tc>
          <w:tcPr>
            <w:tcW w:w="1635" w:type="dxa"/>
          </w:tcPr>
          <w:p w14:paraId="6288AC16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7º</w:t>
            </w:r>
          </w:p>
        </w:tc>
        <w:tc>
          <w:tcPr>
            <w:tcW w:w="5192" w:type="dxa"/>
          </w:tcPr>
          <w:p w14:paraId="303EADF9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ANDERSON OREMPULLER</w:t>
            </w:r>
          </w:p>
        </w:tc>
        <w:tc>
          <w:tcPr>
            <w:tcW w:w="1391" w:type="dxa"/>
          </w:tcPr>
          <w:p w14:paraId="6FA4E519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50</w:t>
            </w:r>
          </w:p>
        </w:tc>
      </w:tr>
      <w:tr w:rsidR="00A841F2" w:rsidRPr="004C3989" w14:paraId="7B84CF45" w14:textId="77777777" w:rsidTr="004C3989">
        <w:tc>
          <w:tcPr>
            <w:tcW w:w="1635" w:type="dxa"/>
          </w:tcPr>
          <w:p w14:paraId="2AAE8DAF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8º</w:t>
            </w:r>
          </w:p>
        </w:tc>
        <w:tc>
          <w:tcPr>
            <w:tcW w:w="5192" w:type="dxa"/>
          </w:tcPr>
          <w:p w14:paraId="057E4A3F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ANA CAROLINA STASIAK CARNETI</w:t>
            </w:r>
          </w:p>
        </w:tc>
        <w:tc>
          <w:tcPr>
            <w:tcW w:w="1391" w:type="dxa"/>
          </w:tcPr>
          <w:p w14:paraId="58F2F3EE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50</w:t>
            </w:r>
          </w:p>
        </w:tc>
      </w:tr>
      <w:tr w:rsidR="00A841F2" w:rsidRPr="004C3989" w14:paraId="7B3D4401" w14:textId="77777777" w:rsidTr="004C3989">
        <w:tc>
          <w:tcPr>
            <w:tcW w:w="1635" w:type="dxa"/>
          </w:tcPr>
          <w:p w14:paraId="311073CB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9º</w:t>
            </w:r>
          </w:p>
        </w:tc>
        <w:tc>
          <w:tcPr>
            <w:tcW w:w="5192" w:type="dxa"/>
          </w:tcPr>
          <w:p w14:paraId="5F36F19C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JAQUELINE BARBIERI MACHADO</w:t>
            </w:r>
          </w:p>
        </w:tc>
        <w:tc>
          <w:tcPr>
            <w:tcW w:w="1391" w:type="dxa"/>
          </w:tcPr>
          <w:p w14:paraId="59DFD6B8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45</w:t>
            </w:r>
          </w:p>
        </w:tc>
      </w:tr>
      <w:tr w:rsidR="00A841F2" w:rsidRPr="004C3989" w14:paraId="2F2FCB29" w14:textId="77777777" w:rsidTr="004C3989">
        <w:tc>
          <w:tcPr>
            <w:tcW w:w="1635" w:type="dxa"/>
          </w:tcPr>
          <w:p w14:paraId="7866E188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10º</w:t>
            </w:r>
          </w:p>
        </w:tc>
        <w:tc>
          <w:tcPr>
            <w:tcW w:w="5192" w:type="dxa"/>
          </w:tcPr>
          <w:p w14:paraId="1DE71253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JOÃO PAULO DE OLIVEIRA</w:t>
            </w:r>
          </w:p>
        </w:tc>
        <w:tc>
          <w:tcPr>
            <w:tcW w:w="1391" w:type="dxa"/>
          </w:tcPr>
          <w:p w14:paraId="44B6ADA1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35</w:t>
            </w:r>
          </w:p>
        </w:tc>
      </w:tr>
      <w:tr w:rsidR="00A841F2" w:rsidRPr="004C3989" w14:paraId="066AEF0F" w14:textId="77777777" w:rsidTr="004C3989">
        <w:tc>
          <w:tcPr>
            <w:tcW w:w="1635" w:type="dxa"/>
          </w:tcPr>
          <w:p w14:paraId="5791BD48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11º</w:t>
            </w:r>
          </w:p>
        </w:tc>
        <w:tc>
          <w:tcPr>
            <w:tcW w:w="5192" w:type="dxa"/>
          </w:tcPr>
          <w:p w14:paraId="0D1767C0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 xml:space="preserve">KATIA </w:t>
            </w:r>
            <w:r w:rsidRPr="004C3989">
              <w:rPr>
                <w:rFonts w:ascii="Arial" w:hAnsi="Arial" w:cs="Arial"/>
              </w:rPr>
              <w:t>CRISTIANE AMARILA CESPEDES</w:t>
            </w:r>
          </w:p>
        </w:tc>
        <w:tc>
          <w:tcPr>
            <w:tcW w:w="1391" w:type="dxa"/>
          </w:tcPr>
          <w:p w14:paraId="55F3D623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30</w:t>
            </w:r>
          </w:p>
        </w:tc>
      </w:tr>
      <w:tr w:rsidR="00A841F2" w:rsidRPr="004C3989" w14:paraId="3A13B45D" w14:textId="77777777" w:rsidTr="004C3989">
        <w:tc>
          <w:tcPr>
            <w:tcW w:w="1635" w:type="dxa"/>
          </w:tcPr>
          <w:p w14:paraId="4F61CCF8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12º</w:t>
            </w:r>
          </w:p>
        </w:tc>
        <w:tc>
          <w:tcPr>
            <w:tcW w:w="5192" w:type="dxa"/>
          </w:tcPr>
          <w:p w14:paraId="76011A9C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MARIA ROSA CORREA</w:t>
            </w:r>
          </w:p>
        </w:tc>
        <w:tc>
          <w:tcPr>
            <w:tcW w:w="1391" w:type="dxa"/>
          </w:tcPr>
          <w:p w14:paraId="2366CEAE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25</w:t>
            </w:r>
          </w:p>
        </w:tc>
      </w:tr>
      <w:tr w:rsidR="00A841F2" w:rsidRPr="004C3989" w14:paraId="0AEBE2FE" w14:textId="77777777" w:rsidTr="004C3989">
        <w:tc>
          <w:tcPr>
            <w:tcW w:w="1635" w:type="dxa"/>
          </w:tcPr>
          <w:p w14:paraId="20FB34BF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13º</w:t>
            </w:r>
          </w:p>
        </w:tc>
        <w:tc>
          <w:tcPr>
            <w:tcW w:w="5192" w:type="dxa"/>
          </w:tcPr>
          <w:p w14:paraId="60233882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THIAGO ALEXANDRE ZILIOLI</w:t>
            </w:r>
          </w:p>
        </w:tc>
        <w:tc>
          <w:tcPr>
            <w:tcW w:w="1391" w:type="dxa"/>
          </w:tcPr>
          <w:p w14:paraId="423BCB1D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25</w:t>
            </w:r>
          </w:p>
        </w:tc>
      </w:tr>
      <w:tr w:rsidR="00A841F2" w:rsidRPr="004C3989" w14:paraId="5C707739" w14:textId="77777777" w:rsidTr="004C3989">
        <w:tc>
          <w:tcPr>
            <w:tcW w:w="1635" w:type="dxa"/>
          </w:tcPr>
          <w:p w14:paraId="166FDA61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14º</w:t>
            </w:r>
          </w:p>
        </w:tc>
        <w:tc>
          <w:tcPr>
            <w:tcW w:w="5192" w:type="dxa"/>
          </w:tcPr>
          <w:p w14:paraId="5C19863D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JONIS SOARES FERNANDES</w:t>
            </w:r>
          </w:p>
        </w:tc>
        <w:tc>
          <w:tcPr>
            <w:tcW w:w="1391" w:type="dxa"/>
          </w:tcPr>
          <w:p w14:paraId="5A3FCB8B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20</w:t>
            </w:r>
          </w:p>
        </w:tc>
      </w:tr>
      <w:tr w:rsidR="00A841F2" w:rsidRPr="004C3989" w14:paraId="24CA389E" w14:textId="77777777" w:rsidTr="004C3989">
        <w:tc>
          <w:tcPr>
            <w:tcW w:w="1635" w:type="dxa"/>
          </w:tcPr>
          <w:p w14:paraId="619ABCD7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15º</w:t>
            </w:r>
          </w:p>
        </w:tc>
        <w:tc>
          <w:tcPr>
            <w:tcW w:w="5192" w:type="dxa"/>
          </w:tcPr>
          <w:p w14:paraId="084B7CF8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LUCAS DE OLIVEIRA DIAS</w:t>
            </w:r>
          </w:p>
        </w:tc>
        <w:tc>
          <w:tcPr>
            <w:tcW w:w="1391" w:type="dxa"/>
          </w:tcPr>
          <w:p w14:paraId="5305E90B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20</w:t>
            </w:r>
          </w:p>
        </w:tc>
      </w:tr>
      <w:tr w:rsidR="00A841F2" w:rsidRPr="004C3989" w14:paraId="69CF74B1" w14:textId="77777777" w:rsidTr="004C3989">
        <w:tc>
          <w:tcPr>
            <w:tcW w:w="1635" w:type="dxa"/>
          </w:tcPr>
          <w:p w14:paraId="7CEAD545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16º</w:t>
            </w:r>
          </w:p>
        </w:tc>
        <w:tc>
          <w:tcPr>
            <w:tcW w:w="5192" w:type="dxa"/>
          </w:tcPr>
          <w:p w14:paraId="5804AA08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DIUVANA KUTSZEPA</w:t>
            </w:r>
          </w:p>
        </w:tc>
        <w:tc>
          <w:tcPr>
            <w:tcW w:w="1391" w:type="dxa"/>
          </w:tcPr>
          <w:p w14:paraId="45FBD963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20</w:t>
            </w:r>
          </w:p>
        </w:tc>
      </w:tr>
      <w:tr w:rsidR="00A841F2" w:rsidRPr="004C3989" w14:paraId="40D9BC8B" w14:textId="77777777" w:rsidTr="004C3989">
        <w:tc>
          <w:tcPr>
            <w:tcW w:w="1635" w:type="dxa"/>
          </w:tcPr>
          <w:p w14:paraId="56BCA050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17º</w:t>
            </w:r>
          </w:p>
        </w:tc>
        <w:tc>
          <w:tcPr>
            <w:tcW w:w="5192" w:type="dxa"/>
          </w:tcPr>
          <w:p w14:paraId="1D5EFA20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ALESSANDRA BAUER PEREIRA</w:t>
            </w:r>
          </w:p>
        </w:tc>
        <w:tc>
          <w:tcPr>
            <w:tcW w:w="1391" w:type="dxa"/>
          </w:tcPr>
          <w:p w14:paraId="5FAE6807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20</w:t>
            </w:r>
          </w:p>
        </w:tc>
      </w:tr>
      <w:tr w:rsidR="00A841F2" w:rsidRPr="004C3989" w14:paraId="3939DB30" w14:textId="77777777" w:rsidTr="004C3989">
        <w:tc>
          <w:tcPr>
            <w:tcW w:w="1635" w:type="dxa"/>
          </w:tcPr>
          <w:p w14:paraId="7C22FED4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lastRenderedPageBreak/>
              <w:t>18º</w:t>
            </w:r>
          </w:p>
        </w:tc>
        <w:tc>
          <w:tcPr>
            <w:tcW w:w="5192" w:type="dxa"/>
          </w:tcPr>
          <w:p w14:paraId="6596FF27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LARA SABRINA TISSIANI</w:t>
            </w:r>
          </w:p>
        </w:tc>
        <w:tc>
          <w:tcPr>
            <w:tcW w:w="1391" w:type="dxa"/>
          </w:tcPr>
          <w:p w14:paraId="6CC769FC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15</w:t>
            </w:r>
          </w:p>
        </w:tc>
      </w:tr>
      <w:tr w:rsidR="00A841F2" w:rsidRPr="004C3989" w14:paraId="7426ADE1" w14:textId="77777777" w:rsidTr="004C3989">
        <w:tc>
          <w:tcPr>
            <w:tcW w:w="1635" w:type="dxa"/>
          </w:tcPr>
          <w:p w14:paraId="7B9A96FA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19º</w:t>
            </w:r>
          </w:p>
        </w:tc>
        <w:tc>
          <w:tcPr>
            <w:tcW w:w="5192" w:type="dxa"/>
          </w:tcPr>
          <w:p w14:paraId="749EED27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 xml:space="preserve">ARIANA </w:t>
            </w:r>
            <w:r w:rsidRPr="004C3989">
              <w:rPr>
                <w:rFonts w:ascii="Arial" w:hAnsi="Arial" w:cs="Arial"/>
              </w:rPr>
              <w:t>SOLILA SOUZA</w:t>
            </w:r>
          </w:p>
        </w:tc>
        <w:tc>
          <w:tcPr>
            <w:tcW w:w="1391" w:type="dxa"/>
          </w:tcPr>
          <w:p w14:paraId="0FFCE695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15</w:t>
            </w:r>
          </w:p>
        </w:tc>
      </w:tr>
      <w:tr w:rsidR="00A841F2" w:rsidRPr="004C3989" w14:paraId="43033694" w14:textId="77777777" w:rsidTr="004C3989">
        <w:tc>
          <w:tcPr>
            <w:tcW w:w="1635" w:type="dxa"/>
          </w:tcPr>
          <w:p w14:paraId="0AE98315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20º</w:t>
            </w:r>
          </w:p>
        </w:tc>
        <w:tc>
          <w:tcPr>
            <w:tcW w:w="5192" w:type="dxa"/>
          </w:tcPr>
          <w:p w14:paraId="3B56774C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GABRIELE SANTOS CORIM</w:t>
            </w:r>
          </w:p>
        </w:tc>
        <w:tc>
          <w:tcPr>
            <w:tcW w:w="1391" w:type="dxa"/>
          </w:tcPr>
          <w:p w14:paraId="7F2B8110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15</w:t>
            </w:r>
          </w:p>
        </w:tc>
      </w:tr>
      <w:tr w:rsidR="00A841F2" w:rsidRPr="004C3989" w14:paraId="1F7549FD" w14:textId="77777777" w:rsidTr="004C3989">
        <w:tc>
          <w:tcPr>
            <w:tcW w:w="1635" w:type="dxa"/>
          </w:tcPr>
          <w:p w14:paraId="6D5197AA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21º</w:t>
            </w:r>
          </w:p>
        </w:tc>
        <w:tc>
          <w:tcPr>
            <w:tcW w:w="5192" w:type="dxa"/>
          </w:tcPr>
          <w:p w14:paraId="6E345508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CASSIA KARIME KLOTZ STEPHANOU</w:t>
            </w:r>
          </w:p>
        </w:tc>
        <w:tc>
          <w:tcPr>
            <w:tcW w:w="1391" w:type="dxa"/>
          </w:tcPr>
          <w:p w14:paraId="68AF12E8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10</w:t>
            </w:r>
          </w:p>
        </w:tc>
      </w:tr>
      <w:tr w:rsidR="00A841F2" w:rsidRPr="004C3989" w14:paraId="217DABAA" w14:textId="77777777" w:rsidTr="004C3989">
        <w:tc>
          <w:tcPr>
            <w:tcW w:w="1635" w:type="dxa"/>
          </w:tcPr>
          <w:p w14:paraId="71A4447A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22º</w:t>
            </w:r>
          </w:p>
        </w:tc>
        <w:tc>
          <w:tcPr>
            <w:tcW w:w="5192" w:type="dxa"/>
          </w:tcPr>
          <w:p w14:paraId="45E3E6CB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MIKE LEDSON OLIVEIRA DOMINGOS</w:t>
            </w:r>
          </w:p>
        </w:tc>
        <w:tc>
          <w:tcPr>
            <w:tcW w:w="1391" w:type="dxa"/>
          </w:tcPr>
          <w:p w14:paraId="5319D7EE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10</w:t>
            </w:r>
          </w:p>
        </w:tc>
      </w:tr>
      <w:tr w:rsidR="00A841F2" w:rsidRPr="004C3989" w14:paraId="10CBE731" w14:textId="77777777" w:rsidTr="004C3989">
        <w:tc>
          <w:tcPr>
            <w:tcW w:w="1635" w:type="dxa"/>
          </w:tcPr>
          <w:p w14:paraId="6D2F694E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23º</w:t>
            </w:r>
          </w:p>
        </w:tc>
        <w:tc>
          <w:tcPr>
            <w:tcW w:w="5192" w:type="dxa"/>
          </w:tcPr>
          <w:p w14:paraId="4EE7B94A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PAULA LUIZ OLIVEIRA</w:t>
            </w:r>
          </w:p>
        </w:tc>
        <w:tc>
          <w:tcPr>
            <w:tcW w:w="1391" w:type="dxa"/>
          </w:tcPr>
          <w:p w14:paraId="2ABC31B6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10</w:t>
            </w:r>
          </w:p>
        </w:tc>
      </w:tr>
      <w:tr w:rsidR="00A841F2" w:rsidRPr="004C3989" w14:paraId="75E68E60" w14:textId="77777777" w:rsidTr="004C3989">
        <w:tc>
          <w:tcPr>
            <w:tcW w:w="1635" w:type="dxa"/>
          </w:tcPr>
          <w:p w14:paraId="7970EEA1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24º</w:t>
            </w:r>
          </w:p>
        </w:tc>
        <w:tc>
          <w:tcPr>
            <w:tcW w:w="5192" w:type="dxa"/>
          </w:tcPr>
          <w:p w14:paraId="7C7FA0A7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LAISA PAIM HENRIQUE</w:t>
            </w:r>
          </w:p>
        </w:tc>
        <w:tc>
          <w:tcPr>
            <w:tcW w:w="1391" w:type="dxa"/>
          </w:tcPr>
          <w:p w14:paraId="474324C6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10</w:t>
            </w:r>
          </w:p>
        </w:tc>
      </w:tr>
      <w:tr w:rsidR="00A841F2" w:rsidRPr="004C3989" w14:paraId="29A30F3A" w14:textId="77777777" w:rsidTr="004C3989">
        <w:tc>
          <w:tcPr>
            <w:tcW w:w="1635" w:type="dxa"/>
          </w:tcPr>
          <w:p w14:paraId="28F0FFE6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25º</w:t>
            </w:r>
          </w:p>
        </w:tc>
        <w:tc>
          <w:tcPr>
            <w:tcW w:w="5192" w:type="dxa"/>
          </w:tcPr>
          <w:p w14:paraId="4095DA52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CAMILA TOLEDO MENDES</w:t>
            </w:r>
          </w:p>
        </w:tc>
        <w:tc>
          <w:tcPr>
            <w:tcW w:w="1391" w:type="dxa"/>
          </w:tcPr>
          <w:p w14:paraId="4FE5455E" w14:textId="77777777" w:rsidR="00A841F2" w:rsidRPr="004C3989" w:rsidRDefault="00BC2F87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5</w:t>
            </w:r>
          </w:p>
        </w:tc>
      </w:tr>
    </w:tbl>
    <w:p w14:paraId="4A294545" w14:textId="77777777" w:rsidR="00FC5845" w:rsidRDefault="00BC2F87">
      <w:pPr>
        <w:rPr>
          <w:rFonts w:ascii="Arial" w:hAnsi="Arial" w:cs="Arial"/>
        </w:rPr>
      </w:pPr>
      <w:r w:rsidRPr="004C3989">
        <w:rPr>
          <w:rFonts w:ascii="Arial" w:hAnsi="Arial" w:cs="Arial"/>
        </w:rPr>
        <w:br/>
      </w:r>
    </w:p>
    <w:p w14:paraId="144D2DD7" w14:textId="77777777" w:rsidR="00FC5845" w:rsidRDefault="00FC5845">
      <w:pPr>
        <w:rPr>
          <w:rFonts w:ascii="Arial" w:hAnsi="Arial" w:cs="Arial"/>
        </w:rPr>
      </w:pPr>
    </w:p>
    <w:p w14:paraId="309209B4" w14:textId="77777777" w:rsidR="00FC5845" w:rsidRPr="00FC5845" w:rsidRDefault="00FC5845" w:rsidP="00FC5845">
      <w:pPr>
        <w:rPr>
          <w:rFonts w:ascii="Arial" w:hAnsi="Arial" w:cs="Arial"/>
          <w:lang w:val="pt-BR"/>
        </w:rPr>
      </w:pPr>
    </w:p>
    <w:p w14:paraId="2410AF54" w14:textId="18826AED" w:rsidR="00FC5845" w:rsidRPr="00FC5845" w:rsidRDefault="00FC5845" w:rsidP="00FC5845">
      <w:pPr>
        <w:rPr>
          <w:rFonts w:ascii="Arial" w:hAnsi="Arial" w:cs="Arial"/>
          <w:b/>
          <w:bCs/>
          <w:sz w:val="28"/>
          <w:szCs w:val="28"/>
        </w:rPr>
      </w:pPr>
      <w:r w:rsidRPr="00FC5845">
        <w:rPr>
          <w:rFonts w:ascii="Arial" w:hAnsi="Arial" w:cs="Arial"/>
          <w:b/>
          <w:bCs/>
          <w:sz w:val="28"/>
          <w:szCs w:val="28"/>
          <w:lang w:val="pt-BR"/>
        </w:rPr>
        <w:t xml:space="preserve"> Cargo: Auxiliar de Dentista 02 Vagas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5"/>
        <w:gridCol w:w="5192"/>
        <w:gridCol w:w="1391"/>
      </w:tblGrid>
      <w:tr w:rsidR="0061424F" w:rsidRPr="004C3989" w14:paraId="4B1E14DF" w14:textId="77777777" w:rsidTr="00EA0C0A">
        <w:tc>
          <w:tcPr>
            <w:tcW w:w="1635" w:type="dxa"/>
          </w:tcPr>
          <w:p w14:paraId="45909617" w14:textId="77777777" w:rsidR="0061424F" w:rsidRPr="004C3989" w:rsidRDefault="0061424F" w:rsidP="00EA0C0A">
            <w:pPr>
              <w:rPr>
                <w:rFonts w:ascii="Arial" w:hAnsi="Arial" w:cs="Arial"/>
              </w:rPr>
            </w:pPr>
            <w:proofErr w:type="spellStart"/>
            <w:r w:rsidRPr="004C3989">
              <w:rPr>
                <w:rFonts w:ascii="Arial" w:hAnsi="Arial" w:cs="Arial"/>
              </w:rPr>
              <w:t>Classificação</w:t>
            </w:r>
            <w:proofErr w:type="spellEnd"/>
          </w:p>
        </w:tc>
        <w:tc>
          <w:tcPr>
            <w:tcW w:w="5192" w:type="dxa"/>
          </w:tcPr>
          <w:p w14:paraId="56DABCC8" w14:textId="77777777" w:rsidR="0061424F" w:rsidRPr="004C3989" w:rsidRDefault="0061424F" w:rsidP="00EA0C0A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 xml:space="preserve">Nome do </w:t>
            </w:r>
            <w:proofErr w:type="spellStart"/>
            <w:r w:rsidRPr="004C3989">
              <w:rPr>
                <w:rFonts w:ascii="Arial" w:hAnsi="Arial" w:cs="Arial"/>
              </w:rPr>
              <w:t>Candidato</w:t>
            </w:r>
            <w:proofErr w:type="spellEnd"/>
          </w:p>
        </w:tc>
        <w:tc>
          <w:tcPr>
            <w:tcW w:w="1391" w:type="dxa"/>
          </w:tcPr>
          <w:p w14:paraId="20893760" w14:textId="77777777" w:rsidR="0061424F" w:rsidRPr="004C3989" w:rsidRDefault="0061424F" w:rsidP="00EA0C0A">
            <w:pPr>
              <w:rPr>
                <w:rFonts w:ascii="Arial" w:hAnsi="Arial" w:cs="Arial"/>
              </w:rPr>
            </w:pPr>
            <w:proofErr w:type="spellStart"/>
            <w:r w:rsidRPr="004C3989">
              <w:rPr>
                <w:rFonts w:ascii="Arial" w:hAnsi="Arial" w:cs="Arial"/>
              </w:rPr>
              <w:t>Pontuação</w:t>
            </w:r>
            <w:proofErr w:type="spellEnd"/>
          </w:p>
        </w:tc>
      </w:tr>
      <w:tr w:rsidR="0061424F" w:rsidRPr="004C3989" w14:paraId="0CA33998" w14:textId="77777777" w:rsidTr="00EA0C0A">
        <w:tc>
          <w:tcPr>
            <w:tcW w:w="1635" w:type="dxa"/>
          </w:tcPr>
          <w:p w14:paraId="5C13954A" w14:textId="77777777" w:rsidR="0061424F" w:rsidRPr="004C3989" w:rsidRDefault="0061424F" w:rsidP="00EA0C0A">
            <w:pPr>
              <w:rPr>
                <w:rFonts w:ascii="Arial" w:hAnsi="Arial" w:cs="Arial"/>
              </w:rPr>
            </w:pPr>
            <w:r w:rsidRPr="004C3989">
              <w:rPr>
                <w:rFonts w:ascii="Arial" w:hAnsi="Arial" w:cs="Arial"/>
              </w:rPr>
              <w:t>1º</w:t>
            </w:r>
          </w:p>
        </w:tc>
        <w:tc>
          <w:tcPr>
            <w:tcW w:w="5192" w:type="dxa"/>
          </w:tcPr>
          <w:p w14:paraId="76530F65" w14:textId="4451F3B1" w:rsidR="0061424F" w:rsidRPr="004C3989" w:rsidRDefault="0061424F" w:rsidP="00EA0C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LEDY LUCAS</w:t>
            </w:r>
          </w:p>
        </w:tc>
        <w:tc>
          <w:tcPr>
            <w:tcW w:w="1391" w:type="dxa"/>
          </w:tcPr>
          <w:p w14:paraId="6B829BE3" w14:textId="0E77429A" w:rsidR="0061424F" w:rsidRPr="004C3989" w:rsidRDefault="0061424F" w:rsidP="00EA0C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14:paraId="692E3ACE" w14:textId="77777777" w:rsidR="00FC5845" w:rsidRDefault="00FC5845">
      <w:pPr>
        <w:rPr>
          <w:rFonts w:ascii="Arial" w:hAnsi="Arial" w:cs="Arial"/>
        </w:rPr>
      </w:pPr>
    </w:p>
    <w:p w14:paraId="6F8BE302" w14:textId="2F22E815" w:rsidR="00A841F2" w:rsidRPr="004C3989" w:rsidRDefault="00BC2F87">
      <w:pPr>
        <w:rPr>
          <w:rFonts w:ascii="Arial" w:hAnsi="Arial" w:cs="Arial"/>
        </w:rPr>
      </w:pPr>
      <w:proofErr w:type="spellStart"/>
      <w:r w:rsidRPr="004C3989">
        <w:rPr>
          <w:rFonts w:ascii="Arial" w:hAnsi="Arial" w:cs="Arial"/>
        </w:rPr>
        <w:t>Jardinópolis</w:t>
      </w:r>
      <w:proofErr w:type="spellEnd"/>
      <w:r w:rsidRPr="004C3989">
        <w:rPr>
          <w:rFonts w:ascii="Arial" w:hAnsi="Arial" w:cs="Arial"/>
        </w:rPr>
        <w:t xml:space="preserve">/SC, </w:t>
      </w:r>
      <w:r w:rsidR="004C3989">
        <w:rPr>
          <w:rFonts w:ascii="Arial" w:hAnsi="Arial" w:cs="Arial"/>
        </w:rPr>
        <w:t>29</w:t>
      </w:r>
      <w:r w:rsidRPr="004C3989">
        <w:rPr>
          <w:rFonts w:ascii="Arial" w:hAnsi="Arial" w:cs="Arial"/>
        </w:rPr>
        <w:t xml:space="preserve"> de </w:t>
      </w:r>
      <w:r w:rsidR="004C3989">
        <w:rPr>
          <w:rFonts w:ascii="Arial" w:hAnsi="Arial" w:cs="Arial"/>
        </w:rPr>
        <w:t>Janeiro</w:t>
      </w:r>
      <w:r w:rsidRPr="004C3989">
        <w:rPr>
          <w:rFonts w:ascii="Arial" w:hAnsi="Arial" w:cs="Arial"/>
        </w:rPr>
        <w:t xml:space="preserve"> de 2026.</w:t>
      </w:r>
      <w:r w:rsidRPr="004C3989">
        <w:rPr>
          <w:rFonts w:ascii="Arial" w:hAnsi="Arial" w:cs="Arial"/>
        </w:rPr>
        <w:br/>
      </w:r>
    </w:p>
    <w:p w14:paraId="1E4C6F25" w14:textId="68B638CC" w:rsidR="00A841F2" w:rsidRDefault="00A841F2">
      <w:pPr>
        <w:rPr>
          <w:rFonts w:ascii="Arial" w:hAnsi="Arial" w:cs="Arial"/>
        </w:rPr>
      </w:pPr>
    </w:p>
    <w:p w14:paraId="77A7E1F9" w14:textId="77777777" w:rsidR="0061424F" w:rsidRDefault="0061424F" w:rsidP="0061424F">
      <w:pPr>
        <w:jc w:val="center"/>
        <w:rPr>
          <w:rFonts w:ascii="Arial" w:hAnsi="Arial" w:cs="Arial"/>
        </w:rPr>
      </w:pPr>
    </w:p>
    <w:p w14:paraId="3396880B" w14:textId="64859B3E" w:rsidR="0061424F" w:rsidRPr="004C3989" w:rsidRDefault="0061424F" w:rsidP="0061424F">
      <w:pPr>
        <w:jc w:val="center"/>
        <w:rPr>
          <w:rFonts w:ascii="Arial" w:hAnsi="Arial" w:cs="Arial"/>
        </w:rPr>
      </w:pPr>
      <w:proofErr w:type="spellStart"/>
      <w:r w:rsidRPr="004C3989">
        <w:rPr>
          <w:rFonts w:ascii="Arial" w:hAnsi="Arial" w:cs="Arial"/>
        </w:rPr>
        <w:t>Comissão</w:t>
      </w:r>
      <w:proofErr w:type="spellEnd"/>
      <w:r w:rsidRPr="004C3989">
        <w:rPr>
          <w:rFonts w:ascii="Arial" w:hAnsi="Arial" w:cs="Arial"/>
        </w:rPr>
        <w:t xml:space="preserve"> Especial do </w:t>
      </w:r>
      <w:proofErr w:type="spellStart"/>
      <w:r w:rsidRPr="004C3989">
        <w:rPr>
          <w:rFonts w:ascii="Arial" w:hAnsi="Arial" w:cs="Arial"/>
        </w:rPr>
        <w:t>Processo</w:t>
      </w:r>
      <w:proofErr w:type="spellEnd"/>
      <w:r w:rsidRPr="004C3989">
        <w:rPr>
          <w:rFonts w:ascii="Arial" w:hAnsi="Arial" w:cs="Arial"/>
        </w:rPr>
        <w:t xml:space="preserve"> </w:t>
      </w:r>
      <w:proofErr w:type="spellStart"/>
      <w:r w:rsidRPr="004C3989">
        <w:rPr>
          <w:rFonts w:ascii="Arial" w:hAnsi="Arial" w:cs="Arial"/>
        </w:rPr>
        <w:t>Seletivo</w:t>
      </w:r>
      <w:proofErr w:type="spellEnd"/>
      <w:r w:rsidRPr="004C3989">
        <w:rPr>
          <w:rFonts w:ascii="Arial" w:hAnsi="Arial" w:cs="Arial"/>
        </w:rPr>
        <w:t xml:space="preserve"> </w:t>
      </w:r>
      <w:proofErr w:type="spellStart"/>
      <w:r w:rsidRPr="004C3989">
        <w:rPr>
          <w:rFonts w:ascii="Arial" w:hAnsi="Arial" w:cs="Arial"/>
        </w:rPr>
        <w:t>Simplificado</w:t>
      </w:r>
      <w:proofErr w:type="spellEnd"/>
    </w:p>
    <w:sectPr w:rsidR="0061424F" w:rsidRPr="004C398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1968"/>
    <w:rsid w:val="00326F90"/>
    <w:rsid w:val="00463BCD"/>
    <w:rsid w:val="004C3989"/>
    <w:rsid w:val="0061424F"/>
    <w:rsid w:val="00A841F2"/>
    <w:rsid w:val="00AA1D8D"/>
    <w:rsid w:val="00B47730"/>
    <w:rsid w:val="00BC2F87"/>
    <w:rsid w:val="00CB0664"/>
    <w:rsid w:val="00FC5845"/>
    <w:rsid w:val="00FC693F"/>
    <w:rsid w:val="00FD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6363CA"/>
  <w14:defaultImageDpi w14:val="330"/>
  <w15:docId w15:val="{E315B0F2-E335-45B9-93FC-9E705CDB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ASS de COMUNICAÇÃO</cp:lastModifiedBy>
  <cp:revision>2</cp:revision>
  <dcterms:created xsi:type="dcterms:W3CDTF">2026-01-29T19:42:00Z</dcterms:created>
  <dcterms:modified xsi:type="dcterms:W3CDTF">2026-01-29T19:42:00Z</dcterms:modified>
  <cp:category/>
</cp:coreProperties>
</file>